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51BB" w14:textId="77777777" w:rsidR="009D4065" w:rsidRPr="006D464A" w:rsidRDefault="00000000">
      <w:pPr>
        <w:pStyle w:val="Heading1"/>
        <w:rPr>
          <w:sz w:val="14"/>
          <w:szCs w:val="14"/>
        </w:rPr>
      </w:pPr>
      <w:r w:rsidRPr="006D464A">
        <w:rPr>
          <w:sz w:val="22"/>
          <w:szCs w:val="22"/>
        </w:rPr>
        <w:t>Risk Assessment – Shove Ha’Penny Hire (HSE/AAIAC Style)</w:t>
      </w:r>
    </w:p>
    <w:p w14:paraId="21AF3732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Activity Description</w:t>
      </w:r>
    </w:p>
    <w:p w14:paraId="59E53ED9" w14:textId="77777777" w:rsidR="009D4065" w:rsidRPr="006D464A" w:rsidRDefault="00000000">
      <w:pPr>
        <w:rPr>
          <w:sz w:val="10"/>
          <w:szCs w:val="10"/>
        </w:rPr>
      </w:pPr>
      <w:r w:rsidRPr="006D464A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4AA8E1D3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Persons at Risk</w:t>
      </w:r>
    </w:p>
    <w:p w14:paraId="4BEC3112" w14:textId="77777777" w:rsidR="009D4065" w:rsidRPr="006D464A" w:rsidRDefault="00000000">
      <w:pPr>
        <w:rPr>
          <w:sz w:val="10"/>
          <w:szCs w:val="10"/>
        </w:rPr>
      </w:pPr>
      <w:r w:rsidRPr="006D464A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6D464A" w14:paraId="56085870" w14:textId="77777777">
        <w:tc>
          <w:tcPr>
            <w:tcW w:w="1728" w:type="dxa"/>
          </w:tcPr>
          <w:p w14:paraId="3F235C13" w14:textId="77777777" w:rsidR="009D4065" w:rsidRPr="006D464A" w:rsidRDefault="00000000">
            <w:pPr>
              <w:rPr>
                <w:sz w:val="10"/>
                <w:szCs w:val="10"/>
              </w:rPr>
            </w:pPr>
            <w:r w:rsidRPr="006D464A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4A902B41" w14:textId="77777777" w:rsidR="009D4065" w:rsidRPr="006D464A" w:rsidRDefault="00000000">
            <w:pPr>
              <w:rPr>
                <w:sz w:val="10"/>
                <w:szCs w:val="10"/>
              </w:rPr>
            </w:pPr>
            <w:r w:rsidRPr="006D464A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17D83B1A" w14:textId="77777777" w:rsidR="009D4065" w:rsidRPr="006D464A" w:rsidRDefault="00000000">
            <w:pPr>
              <w:rPr>
                <w:sz w:val="10"/>
                <w:szCs w:val="10"/>
              </w:rPr>
            </w:pPr>
            <w:r w:rsidRPr="006D464A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5D6009CB" w14:textId="77777777" w:rsidR="009D4065" w:rsidRPr="006D464A" w:rsidRDefault="00000000">
            <w:pPr>
              <w:rPr>
                <w:sz w:val="10"/>
                <w:szCs w:val="10"/>
              </w:rPr>
            </w:pPr>
            <w:r w:rsidRPr="006D464A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4864972C" w14:textId="77777777" w:rsidR="009D4065" w:rsidRPr="006D464A" w:rsidRDefault="00000000">
            <w:pPr>
              <w:rPr>
                <w:sz w:val="10"/>
                <w:szCs w:val="10"/>
              </w:rPr>
            </w:pPr>
            <w:r w:rsidRPr="006D464A">
              <w:rPr>
                <w:sz w:val="10"/>
                <w:szCs w:val="10"/>
              </w:rPr>
              <w:t>Residual Risk</w:t>
            </w:r>
          </w:p>
        </w:tc>
      </w:tr>
      <w:tr w:rsidR="002C152F" w:rsidRPr="006D464A" w14:paraId="643D50CB" w14:textId="77777777">
        <w:tc>
          <w:tcPr>
            <w:tcW w:w="1726" w:type="dxa"/>
            <w:vAlign w:val="center"/>
          </w:tcPr>
          <w:p w14:paraId="1935984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81FC29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3579232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0346522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Use safe lifting techniques and team lifts where required; secure the Shove Ha’Penny board and accessories during transport and setup.</w:t>
            </w:r>
          </w:p>
        </w:tc>
        <w:tc>
          <w:tcPr>
            <w:tcW w:w="1725" w:type="dxa"/>
            <w:vAlign w:val="center"/>
          </w:tcPr>
          <w:p w14:paraId="3BCA8AD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7195D27D" w14:textId="77777777">
        <w:tc>
          <w:tcPr>
            <w:tcW w:w="1726" w:type="dxa"/>
            <w:vAlign w:val="center"/>
          </w:tcPr>
          <w:p w14:paraId="1F5161C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Sliding coins/discs striking participant</w:t>
            </w:r>
          </w:p>
        </w:tc>
        <w:tc>
          <w:tcPr>
            <w:tcW w:w="1728" w:type="dxa"/>
            <w:vAlign w:val="center"/>
          </w:tcPr>
          <w:p w14:paraId="1021B81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89FE9D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9DA289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Give clear instructions on controlled play; ensure discs are pushed only along the board; keep faces and hands clear of the playing lane.</w:t>
            </w:r>
          </w:p>
        </w:tc>
        <w:tc>
          <w:tcPr>
            <w:tcW w:w="1725" w:type="dxa"/>
            <w:vAlign w:val="center"/>
          </w:tcPr>
          <w:p w14:paraId="3153A96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334CFF0A" w14:textId="77777777">
        <w:tc>
          <w:tcPr>
            <w:tcW w:w="1726" w:type="dxa"/>
            <w:vAlign w:val="center"/>
          </w:tcPr>
          <w:p w14:paraId="1BB906F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Coin/disc entering spectator area</w:t>
            </w:r>
          </w:p>
        </w:tc>
        <w:tc>
          <w:tcPr>
            <w:tcW w:w="1728" w:type="dxa"/>
            <w:vAlign w:val="center"/>
          </w:tcPr>
          <w:p w14:paraId="244CE77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Spectators</w:t>
            </w:r>
          </w:p>
        </w:tc>
        <w:tc>
          <w:tcPr>
            <w:tcW w:w="1725" w:type="dxa"/>
            <w:vAlign w:val="center"/>
          </w:tcPr>
          <w:p w14:paraId="3558300C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3380D3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Position the board securely and maintain a clear spectator boundary; retrieve stray discs before play continues.</w:t>
            </w:r>
          </w:p>
        </w:tc>
        <w:tc>
          <w:tcPr>
            <w:tcW w:w="1725" w:type="dxa"/>
            <w:vAlign w:val="center"/>
          </w:tcPr>
          <w:p w14:paraId="685F83B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2CCABE6A" w14:textId="77777777">
        <w:tc>
          <w:tcPr>
            <w:tcW w:w="1726" w:type="dxa"/>
            <w:vAlign w:val="center"/>
          </w:tcPr>
          <w:p w14:paraId="2BE0EA44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Finger/hand injury while handling discs</w:t>
            </w:r>
          </w:p>
        </w:tc>
        <w:tc>
          <w:tcPr>
            <w:tcW w:w="1728" w:type="dxa"/>
            <w:vAlign w:val="center"/>
          </w:tcPr>
          <w:p w14:paraId="6E87FF0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250997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191B90D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Handle discs carefully; keep fingers clear of board edges and scoring areas; do not force or flick discs toward people.</w:t>
            </w:r>
          </w:p>
        </w:tc>
        <w:tc>
          <w:tcPr>
            <w:tcW w:w="1725" w:type="dxa"/>
            <w:vAlign w:val="center"/>
          </w:tcPr>
          <w:p w14:paraId="51906DA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118F4444" w14:textId="77777777">
        <w:tc>
          <w:tcPr>
            <w:tcW w:w="1726" w:type="dxa"/>
            <w:vAlign w:val="center"/>
          </w:tcPr>
          <w:p w14:paraId="78F7A4D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Small playing discs presenting choking hazard</w:t>
            </w:r>
          </w:p>
        </w:tc>
        <w:tc>
          <w:tcPr>
            <w:tcW w:w="1728" w:type="dxa"/>
            <w:vAlign w:val="center"/>
          </w:tcPr>
          <w:p w14:paraId="4F7B14F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Young children</w:t>
            </w:r>
          </w:p>
        </w:tc>
        <w:tc>
          <w:tcPr>
            <w:tcW w:w="1725" w:type="dxa"/>
            <w:vAlign w:val="center"/>
          </w:tcPr>
          <w:p w14:paraId="3FDFE0D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AC11F74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Keep discs controlled and do not allow children to place them in their mouths; supervise younger participants appropriately.</w:t>
            </w:r>
          </w:p>
        </w:tc>
        <w:tc>
          <w:tcPr>
            <w:tcW w:w="1725" w:type="dxa"/>
            <w:vAlign w:val="center"/>
          </w:tcPr>
          <w:p w14:paraId="2DE050F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0D714E37" w14:textId="77777777">
        <w:tc>
          <w:tcPr>
            <w:tcW w:w="1726" w:type="dxa"/>
            <w:vAlign w:val="center"/>
          </w:tcPr>
          <w:p w14:paraId="403A961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Trips from loose discs</w:t>
            </w:r>
          </w:p>
        </w:tc>
        <w:tc>
          <w:tcPr>
            <w:tcW w:w="1728" w:type="dxa"/>
            <w:vAlign w:val="center"/>
          </w:tcPr>
          <w:p w14:paraId="229C720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66CE6A0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7C75ED3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Collect dropped or displaced discs promptly; keep spare discs in a designated container and maintain clear walkways.</w:t>
            </w:r>
          </w:p>
        </w:tc>
        <w:tc>
          <w:tcPr>
            <w:tcW w:w="1725" w:type="dxa"/>
            <w:vAlign w:val="center"/>
          </w:tcPr>
          <w:p w14:paraId="568D7FE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61C1E101" w14:textId="77777777">
        <w:tc>
          <w:tcPr>
            <w:tcW w:w="1726" w:type="dxa"/>
            <w:vAlign w:val="center"/>
          </w:tcPr>
          <w:p w14:paraId="4ED2406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Board instability or movement</w:t>
            </w:r>
          </w:p>
        </w:tc>
        <w:tc>
          <w:tcPr>
            <w:tcW w:w="1728" w:type="dxa"/>
            <w:vAlign w:val="center"/>
          </w:tcPr>
          <w:p w14:paraId="72FDF154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320270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38595E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Position the board on a stable, level surface; secure it against movement where appropriate; prohibit leaning on or sitting on the board.</w:t>
            </w:r>
          </w:p>
        </w:tc>
        <w:tc>
          <w:tcPr>
            <w:tcW w:w="1725" w:type="dxa"/>
            <w:vAlign w:val="center"/>
          </w:tcPr>
          <w:p w14:paraId="46D4836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2711103D" w14:textId="77777777">
        <w:tc>
          <w:tcPr>
            <w:tcW w:w="1726" w:type="dxa"/>
            <w:vAlign w:val="center"/>
          </w:tcPr>
          <w:p w14:paraId="65E1D45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39C7D9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58B4EE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C5F5C4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Give a clear safety briefing; prohibit throwing discs, striking the board or using equipment for purposes other than the game.</w:t>
            </w:r>
          </w:p>
        </w:tc>
        <w:tc>
          <w:tcPr>
            <w:tcW w:w="1725" w:type="dxa"/>
            <w:vAlign w:val="center"/>
          </w:tcPr>
          <w:p w14:paraId="4163A72C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3BEE0EC6" w14:textId="77777777">
        <w:tc>
          <w:tcPr>
            <w:tcW w:w="1726" w:type="dxa"/>
            <w:vAlign w:val="center"/>
          </w:tcPr>
          <w:p w14:paraId="54A8B20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66C377E9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3DC01A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A3865F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Control player numbers and queues; maintain a defined spectator area and adequate clearance around the board.</w:t>
            </w:r>
          </w:p>
        </w:tc>
        <w:tc>
          <w:tcPr>
            <w:tcW w:w="1725" w:type="dxa"/>
            <w:vAlign w:val="center"/>
          </w:tcPr>
          <w:p w14:paraId="40ACB023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6E858AEE" w14:textId="77777777">
        <w:tc>
          <w:tcPr>
            <w:tcW w:w="1726" w:type="dxa"/>
            <w:vAlign w:val="center"/>
          </w:tcPr>
          <w:p w14:paraId="36B9968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 collision around game</w:t>
            </w:r>
          </w:p>
        </w:tc>
        <w:tc>
          <w:tcPr>
            <w:tcW w:w="1728" w:type="dxa"/>
            <w:vAlign w:val="center"/>
          </w:tcPr>
          <w:p w14:paraId="08D06F4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F4A5734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2200404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Maintain clear access around the playing area; control queues and prevent running or rough play.</w:t>
            </w:r>
          </w:p>
        </w:tc>
        <w:tc>
          <w:tcPr>
            <w:tcW w:w="1725" w:type="dxa"/>
            <w:vAlign w:val="center"/>
          </w:tcPr>
          <w:p w14:paraId="7EADD9B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0426C0FD" w14:textId="77777777">
        <w:tc>
          <w:tcPr>
            <w:tcW w:w="1726" w:type="dxa"/>
            <w:vAlign w:val="center"/>
          </w:tcPr>
          <w:p w14:paraId="142FC3A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Damaged board, scoring areas or discs</w:t>
            </w:r>
          </w:p>
        </w:tc>
        <w:tc>
          <w:tcPr>
            <w:tcW w:w="1728" w:type="dxa"/>
            <w:vAlign w:val="center"/>
          </w:tcPr>
          <w:p w14:paraId="0772770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D4CFD5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D9FDC7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Inspect the board, scoring areas, edges and discs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18DA276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2354A0DB" w14:textId="77777777">
        <w:tc>
          <w:tcPr>
            <w:tcW w:w="1726" w:type="dxa"/>
            <w:vAlign w:val="center"/>
          </w:tcPr>
          <w:p w14:paraId="5DC6553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1CC01EBC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167E08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591D406E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Provide adequate lighting so the board, discs, floor and surrounding hazards are clearly visible.</w:t>
            </w:r>
          </w:p>
        </w:tc>
        <w:tc>
          <w:tcPr>
            <w:tcW w:w="1725" w:type="dxa"/>
            <w:vAlign w:val="center"/>
          </w:tcPr>
          <w:p w14:paraId="523DAE4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1ED2E55A" w14:textId="77777777">
        <w:tc>
          <w:tcPr>
            <w:tcW w:w="1726" w:type="dxa"/>
            <w:vAlign w:val="center"/>
          </w:tcPr>
          <w:p w14:paraId="00ABC61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58DAC2E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B742FB9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1357B1A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Provide clear instructions and appropriate supervision, particularly for young children or participants requiring assistance.</w:t>
            </w:r>
          </w:p>
        </w:tc>
        <w:tc>
          <w:tcPr>
            <w:tcW w:w="1725" w:type="dxa"/>
            <w:vAlign w:val="center"/>
          </w:tcPr>
          <w:p w14:paraId="264777F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7AAF74A2" w14:textId="77777777">
        <w:tc>
          <w:tcPr>
            <w:tcW w:w="1726" w:type="dxa"/>
            <w:vAlign w:val="center"/>
          </w:tcPr>
          <w:p w14:paraId="1BB56944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199418B1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6184009C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018575C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Operate on a clean, dry and level surface; keep the area around the board clear of bags and other trip hazards.</w:t>
            </w:r>
          </w:p>
        </w:tc>
        <w:tc>
          <w:tcPr>
            <w:tcW w:w="1725" w:type="dxa"/>
            <w:vAlign w:val="center"/>
          </w:tcPr>
          <w:p w14:paraId="60DC337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6D878857" w14:textId="77777777">
        <w:tc>
          <w:tcPr>
            <w:tcW w:w="1726" w:type="dxa"/>
            <w:vAlign w:val="center"/>
          </w:tcPr>
          <w:p w14:paraId="381A563A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Spectators interfering with play</w:t>
            </w:r>
          </w:p>
        </w:tc>
        <w:tc>
          <w:tcPr>
            <w:tcW w:w="1728" w:type="dxa"/>
            <w:vAlign w:val="center"/>
          </w:tcPr>
          <w:p w14:paraId="656AADC9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4899D322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5045946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Define the playing area and prevent spectators from reaching over or interfering with the board during play.</w:t>
            </w:r>
          </w:p>
        </w:tc>
        <w:tc>
          <w:tcPr>
            <w:tcW w:w="1725" w:type="dxa"/>
            <w:vAlign w:val="center"/>
          </w:tcPr>
          <w:p w14:paraId="185AC6C1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C152F" w:rsidRPr="006D464A" w14:paraId="3CE1012E" w14:textId="77777777">
        <w:tc>
          <w:tcPr>
            <w:tcW w:w="1726" w:type="dxa"/>
            <w:vAlign w:val="center"/>
          </w:tcPr>
          <w:p w14:paraId="0386749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58333F16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108095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C5BC425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 xml:space="preserve">Position the game so emergency routes, exits and </w:t>
            </w:r>
            <w:r w:rsidRPr="006D464A">
              <w:rPr>
                <w:rFonts w:ascii="Arial" w:hAnsi="Arial"/>
                <w:sz w:val="12"/>
                <w:szCs w:val="18"/>
              </w:rPr>
              <w:lastRenderedPageBreak/>
              <w:t>venue access remain clear at all times.</w:t>
            </w:r>
          </w:p>
        </w:tc>
        <w:tc>
          <w:tcPr>
            <w:tcW w:w="1725" w:type="dxa"/>
            <w:vAlign w:val="center"/>
          </w:tcPr>
          <w:p w14:paraId="1780A259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2C152F" w:rsidRPr="006D464A" w14:paraId="1D32B403" w14:textId="77777777">
        <w:tc>
          <w:tcPr>
            <w:tcW w:w="1726" w:type="dxa"/>
            <w:vAlign w:val="center"/>
          </w:tcPr>
          <w:p w14:paraId="1EF71B2D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08DA628B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3D033621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3F405C57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Use suitable protective measures where required and avoid dragging the board across delicate flooring.</w:t>
            </w:r>
          </w:p>
        </w:tc>
        <w:tc>
          <w:tcPr>
            <w:tcW w:w="1725" w:type="dxa"/>
            <w:vAlign w:val="center"/>
          </w:tcPr>
          <w:p w14:paraId="232352F8" w14:textId="77777777" w:rsidR="002C152F" w:rsidRPr="006D464A" w:rsidRDefault="00000000">
            <w:pPr>
              <w:rPr>
                <w:sz w:val="18"/>
                <w:szCs w:val="18"/>
              </w:rPr>
            </w:pPr>
            <w:r w:rsidRPr="006D464A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3D30883E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Operational Controls</w:t>
      </w:r>
    </w:p>
    <w:p w14:paraId="09E7925C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Set up the Shove Ha’Penny board on a suitable, stable and level surface with adequate clearance around the activity.</w:t>
      </w:r>
    </w:p>
    <w:p w14:paraId="13E6931D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Give participants a clear safety briefing covering controlled disc movement, safe positioning and prohibited behaviour.</w:t>
      </w:r>
    </w:p>
    <w:p w14:paraId="0FA68226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Maintain appropriate supervision and control player numbers, queues and spectator access.</w:t>
      </w:r>
    </w:p>
    <w:p w14:paraId="01DBB1A4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Discs must be pushed only along the board and must not be thrown at people or outside the playing area.</w:t>
      </w:r>
    </w:p>
    <w:p w14:paraId="643A9F24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Stop activity immediately if the board becomes unstable or damaged, unsafe behaviour occurs or the playing area becomes unsafe.</w:t>
      </w:r>
    </w:p>
    <w:p w14:paraId="37F81B9F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Emergency Procedures</w:t>
      </w:r>
    </w:p>
    <w:p w14:paraId="444870B0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Stop the Shove Ha’Penny activity immediately following any incident.</w:t>
      </w:r>
    </w:p>
    <w:p w14:paraId="2A17E62E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Provide first aid where required and contact emergency services if necessary.</w:t>
      </w:r>
    </w:p>
    <w:p w14:paraId="71E64F2B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Remove damaged or defective equipment from service.</w:t>
      </w:r>
    </w:p>
    <w:p w14:paraId="2B782A5F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Record all accidents and near misses.</w:t>
      </w:r>
    </w:p>
    <w:p w14:paraId="3BFE3AD4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Inspection Checklist</w:t>
      </w:r>
    </w:p>
    <w:p w14:paraId="2323B953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Shove Ha’Penny board free from damage, sharp edges or loose fittings.</w:t>
      </w:r>
    </w:p>
    <w:p w14:paraId="2C89649E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Board stable and securely positioned.</w:t>
      </w:r>
    </w:p>
    <w:p w14:paraId="2DE5D578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Playing discs complete, intact and suitable for use.</w:t>
      </w:r>
    </w:p>
    <w:p w14:paraId="653B2ECA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Scoring areas and board surface free from defects.</w:t>
      </w:r>
    </w:p>
    <w:p w14:paraId="2A7EDF30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Playing and spectator areas clearly defined.</w:t>
      </w:r>
    </w:p>
    <w:p w14:paraId="60450C2D" w14:textId="77777777" w:rsidR="009D4065" w:rsidRPr="006D464A" w:rsidRDefault="00000000">
      <w:pPr>
        <w:pStyle w:val="Heading2"/>
        <w:rPr>
          <w:sz w:val="14"/>
          <w:szCs w:val="14"/>
        </w:rPr>
      </w:pPr>
      <w:r w:rsidRPr="006D464A">
        <w:rPr>
          <w:sz w:val="14"/>
          <w:szCs w:val="14"/>
        </w:rPr>
        <w:t>Training Requirements</w:t>
      </w:r>
    </w:p>
    <w:p w14:paraId="53F10F16" w14:textId="77777777" w:rsidR="009D4065" w:rsidRPr="006D464A" w:rsidRDefault="00000000">
      <w:pPr>
        <w:pStyle w:val="ListBullet"/>
        <w:rPr>
          <w:sz w:val="10"/>
          <w:szCs w:val="10"/>
        </w:rPr>
      </w:pPr>
      <w:r w:rsidRPr="006D464A">
        <w:rPr>
          <w:sz w:val="18"/>
          <w:szCs w:val="18"/>
        </w:rPr>
        <w:t> Staff trained in safe Shove Ha’Penny operation, manual handling, participant briefing, supervision, emergency procedures and equipment inspection.</w:t>
      </w:r>
    </w:p>
    <w:sectPr w:rsidR="009D4065" w:rsidRPr="006D46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2C152F"/>
    <w:rsid w:val="00326F90"/>
    <w:rsid w:val="003445C9"/>
    <w:rsid w:val="006D464A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EFBC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2026-08-07T14:09:00Z</dcterms:created>
  <dcterms:modified xsi:type="dcterms:W3CDTF">2026-08-07T14:09:00Z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